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EDD32" w14:textId="77777777" w:rsidR="00BD25C9" w:rsidRDefault="00000000">
      <w:pPr>
        <w:jc w:val="center"/>
      </w:pPr>
      <w:r>
        <w:rPr>
          <w:b/>
          <w:color w:val="1F4E79"/>
          <w:sz w:val="30"/>
        </w:rPr>
        <w:t>CFS Phone Cost and Equipment Summary</w:t>
      </w:r>
    </w:p>
    <w:p w14:paraId="7F68C5B7" w14:textId="45457474" w:rsidR="00BD25C9" w:rsidRDefault="00000000">
      <w:pPr>
        <w:jc w:val="center"/>
      </w:pPr>
      <w:r>
        <w:rPr>
          <w:i/>
          <w:sz w:val="17"/>
        </w:rPr>
        <w:t>based on the 2022 Affiliated Com-Net agreement, Hawk iSolutions proposal, and Mar. 2026 invoice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3240"/>
        <w:gridCol w:w="4104"/>
      </w:tblGrid>
      <w:tr w:rsidR="00BD25C9" w14:paraId="1798FC4A" w14:textId="77777777">
        <w:trPr>
          <w:jc w:val="center"/>
        </w:trPr>
        <w:tc>
          <w:tcPr>
            <w:tcW w:w="3240" w:type="dxa"/>
            <w:shd w:val="clear" w:color="auto" w:fill="D9EA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75F5BD" w14:textId="77777777" w:rsidR="00BD25C9" w:rsidRDefault="00000000">
            <w:pPr>
              <w:jc w:val="center"/>
            </w:pPr>
            <w:r>
              <w:rPr>
                <w:b/>
              </w:rPr>
              <w:t>Monthly recurring charge</w:t>
            </w:r>
          </w:p>
        </w:tc>
        <w:tc>
          <w:tcPr>
            <w:tcW w:w="3240" w:type="dxa"/>
            <w:shd w:val="clear" w:color="auto" w:fill="D9EA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614207" w14:textId="77777777" w:rsidR="00BD25C9" w:rsidRDefault="00000000">
            <w:pPr>
              <w:jc w:val="center"/>
            </w:pPr>
            <w:r>
              <w:rPr>
                <w:b/>
              </w:rPr>
              <w:t>Documented one-time charges</w:t>
            </w:r>
          </w:p>
        </w:tc>
        <w:tc>
          <w:tcPr>
            <w:tcW w:w="4104" w:type="dxa"/>
            <w:shd w:val="clear" w:color="auto" w:fill="D9EA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2EF5D1" w14:textId="77777777" w:rsidR="00BD25C9" w:rsidRDefault="00000000">
            <w:pPr>
              <w:jc w:val="center"/>
            </w:pPr>
            <w:r>
              <w:rPr>
                <w:b/>
              </w:rPr>
              <w:t>Best current reading</w:t>
            </w:r>
          </w:p>
        </w:tc>
      </w:tr>
      <w:tr w:rsidR="00BD25C9" w14:paraId="1F64670D" w14:textId="77777777">
        <w:trPr>
          <w:jc w:val="center"/>
        </w:trPr>
        <w:tc>
          <w:tcPr>
            <w:tcW w:w="3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13608C" w14:textId="77777777" w:rsidR="00BD25C9" w:rsidRDefault="00000000">
            <w:r>
              <w:rPr>
                <w:sz w:val="17"/>
              </w:rPr>
              <w:t>$257.05/month in the signed 2022 Affiliated agreement.</w:t>
            </w:r>
            <w:r>
              <w:rPr>
                <w:sz w:val="17"/>
              </w:rPr>
              <w:br/>
              <w:t>A Mar. 2026 invoice shows $274.39/month currently billed.</w:t>
            </w:r>
          </w:p>
        </w:tc>
        <w:tc>
          <w:tcPr>
            <w:tcW w:w="32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6BC781" w14:textId="77777777" w:rsidR="00BD25C9" w:rsidRDefault="00000000">
            <w:r>
              <w:rPr>
                <w:sz w:val="17"/>
              </w:rPr>
              <w:t>Affiliated agreement: $793.44.</w:t>
            </w:r>
            <w:r>
              <w:rPr>
                <w:sz w:val="17"/>
              </w:rPr>
              <w:br/>
              <w:t>Hawk proposal: $3,793.44, including $3,000 deployment/programming.</w:t>
            </w:r>
          </w:p>
        </w:tc>
        <w:tc>
          <w:tcPr>
            <w:tcW w:w="41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D1883D" w14:textId="77777777" w:rsidR="00BD25C9" w:rsidRDefault="00000000">
            <w:r>
              <w:rPr>
                <w:sz w:val="17"/>
              </w:rPr>
              <w:t>This looks more like an ongoing hosted-service arrangement than rent-to-own.</w:t>
            </w:r>
            <w:r>
              <w:rPr>
                <w:sz w:val="17"/>
              </w:rPr>
              <w:br/>
              <w:t>The documents do not show automatic transfer of ownership after 36 months.</w:t>
            </w:r>
          </w:p>
        </w:tc>
      </w:tr>
    </w:tbl>
    <w:p w14:paraId="69D21DDC" w14:textId="77777777" w:rsidR="00BD25C9" w:rsidRDefault="00BD25C9"/>
    <w:p w14:paraId="3CD06D58" w14:textId="77777777" w:rsidR="00BD25C9" w:rsidRDefault="00000000">
      <w:r>
        <w:rPr>
          <w:b/>
          <w:color w:val="1F4E79"/>
          <w:sz w:val="22"/>
        </w:rPr>
        <w:t>Key points</w:t>
      </w:r>
    </w:p>
    <w:p w14:paraId="22FF9C71" w14:textId="77777777" w:rsidR="00BD25C9" w:rsidRPr="00620C10" w:rsidRDefault="00000000">
      <w:pPr>
        <w:spacing w:after="20"/>
        <w:ind w:left="259" w:hanging="230"/>
        <w:rPr>
          <w:sz w:val="20"/>
          <w:szCs w:val="20"/>
        </w:rPr>
      </w:pPr>
      <w:r w:rsidRPr="00620C10">
        <w:rPr>
          <w:b/>
          <w:sz w:val="20"/>
          <w:szCs w:val="20"/>
        </w:rPr>
        <w:t xml:space="preserve">• </w:t>
      </w:r>
      <w:r w:rsidRPr="00620C10">
        <w:rPr>
          <w:sz w:val="20"/>
          <w:szCs w:val="20"/>
        </w:rPr>
        <w:t>The signed Affiliated Com-Net agreement shows a 3-year term and a monthly service-plan total of $257.05.</w:t>
      </w:r>
    </w:p>
    <w:p w14:paraId="43215BDD" w14:textId="77777777" w:rsidR="00BD25C9" w:rsidRPr="00620C10" w:rsidRDefault="00000000">
      <w:pPr>
        <w:spacing w:after="20"/>
        <w:ind w:left="259" w:hanging="230"/>
        <w:rPr>
          <w:sz w:val="20"/>
          <w:szCs w:val="20"/>
        </w:rPr>
      </w:pPr>
      <w:r w:rsidRPr="00620C10">
        <w:rPr>
          <w:b/>
          <w:sz w:val="20"/>
          <w:szCs w:val="20"/>
        </w:rPr>
        <w:t xml:space="preserve">• </w:t>
      </w:r>
      <w:r w:rsidRPr="00620C10">
        <w:rPr>
          <w:sz w:val="20"/>
          <w:szCs w:val="20"/>
        </w:rPr>
        <w:t>That agreement also lists one-time installation and activation fees totaling $793.44.</w:t>
      </w:r>
    </w:p>
    <w:p w14:paraId="71CE0BB1" w14:textId="77777777" w:rsidR="00BD25C9" w:rsidRPr="00620C10" w:rsidRDefault="00000000">
      <w:pPr>
        <w:spacing w:after="20"/>
        <w:ind w:left="259" w:hanging="230"/>
        <w:rPr>
          <w:sz w:val="20"/>
          <w:szCs w:val="20"/>
        </w:rPr>
      </w:pPr>
      <w:r w:rsidRPr="00620C10">
        <w:rPr>
          <w:b/>
          <w:sz w:val="20"/>
          <w:szCs w:val="20"/>
        </w:rPr>
        <w:t xml:space="preserve">• </w:t>
      </w:r>
      <w:r w:rsidRPr="00620C10">
        <w:rPr>
          <w:sz w:val="20"/>
          <w:szCs w:val="20"/>
        </w:rPr>
        <w:t>A separate Hawk iSolutions configuration sheet shows the same monthly amount but higher up-front charges because it includes a $3,000 deployment/programming line.</w:t>
      </w:r>
    </w:p>
    <w:p w14:paraId="08A38069" w14:textId="77777777" w:rsidR="00BD25C9" w:rsidRPr="00620C10" w:rsidRDefault="00000000">
      <w:pPr>
        <w:spacing w:after="20"/>
        <w:ind w:left="259" w:hanging="230"/>
        <w:rPr>
          <w:sz w:val="20"/>
          <w:szCs w:val="20"/>
        </w:rPr>
      </w:pPr>
      <w:r w:rsidRPr="00620C10">
        <w:rPr>
          <w:b/>
          <w:sz w:val="20"/>
          <w:szCs w:val="20"/>
        </w:rPr>
        <w:t xml:space="preserve">• </w:t>
      </w:r>
      <w:r w:rsidRPr="00620C10">
        <w:rPr>
          <w:sz w:val="20"/>
          <w:szCs w:val="20"/>
        </w:rPr>
        <w:t>The contract language says monthly charges begin at installation/service inception, so total paid to date depends on the actual billing start date and any partial first month.</w:t>
      </w:r>
    </w:p>
    <w:p w14:paraId="03820069" w14:textId="77777777" w:rsidR="00BD25C9" w:rsidRPr="00620C10" w:rsidRDefault="00000000">
      <w:pPr>
        <w:spacing w:after="20"/>
        <w:ind w:left="259" w:hanging="230"/>
        <w:rPr>
          <w:sz w:val="20"/>
          <w:szCs w:val="20"/>
        </w:rPr>
      </w:pPr>
      <w:r w:rsidRPr="00620C10">
        <w:rPr>
          <w:b/>
          <w:sz w:val="20"/>
          <w:szCs w:val="20"/>
        </w:rPr>
        <w:t xml:space="preserve">• </w:t>
      </w:r>
      <w:r w:rsidRPr="00620C10">
        <w:rPr>
          <w:sz w:val="20"/>
          <w:szCs w:val="20"/>
        </w:rPr>
        <w:t>The Mar. 2026 invoice indicates monthly charges continued after the initial 36-month term, which suggests the term was a service commitment rather than a clear rent-to-own schedule.</w:t>
      </w:r>
    </w:p>
    <w:p w14:paraId="2D565B77" w14:textId="77777777" w:rsidR="00BD25C9" w:rsidRDefault="00000000">
      <w:pPr>
        <w:spacing w:after="20"/>
        <w:rPr>
          <w:sz w:val="20"/>
          <w:szCs w:val="20"/>
        </w:rPr>
      </w:pPr>
      <w:r w:rsidRPr="00620C10">
        <w:rPr>
          <w:sz w:val="20"/>
          <w:szCs w:val="20"/>
        </w:rPr>
        <w:t>• The provider-managed voice/router design appears to have imposed routing restrictions that make maintenance, network changes, and ISP transitions more difficult for CFS.</w:t>
      </w:r>
    </w:p>
    <w:p w14:paraId="7C6133CD" w14:textId="77777777" w:rsidR="00620C10" w:rsidRPr="00620C10" w:rsidRDefault="00620C10">
      <w:pPr>
        <w:spacing w:after="20"/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BD25C9" w14:paraId="3EDA26F0" w14:textId="77777777">
        <w:trPr>
          <w:jc w:val="center"/>
        </w:trPr>
        <w:tc>
          <w:tcPr>
            <w:tcW w:w="5184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4FFBB38" w14:textId="77777777" w:rsidR="00BD25C9" w:rsidRDefault="00000000">
            <w:r>
              <w:rPr>
                <w:b/>
                <w:color w:val="1F4E79"/>
                <w:sz w:val="20"/>
              </w:rPr>
              <w:t>Estimated recurring total paid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952"/>
              <w:gridCol w:w="792"/>
              <w:gridCol w:w="1368"/>
            </w:tblGrid>
            <w:tr w:rsidR="00BD25C9" w14:paraId="79F7C15E" w14:textId="77777777">
              <w:trPr>
                <w:jc w:val="center"/>
              </w:trPr>
              <w:tc>
                <w:tcPr>
                  <w:tcW w:w="2952" w:type="dxa"/>
                  <w:shd w:val="clear" w:color="auto" w:fill="EAF2F8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</w:tcPr>
                <w:p w14:paraId="41BE4F20" w14:textId="77777777" w:rsidR="00BD25C9" w:rsidRDefault="00000000">
                  <w:pPr>
                    <w:jc w:val="center"/>
                  </w:pPr>
                  <w:r>
                    <w:rPr>
                      <w:b/>
                      <w:sz w:val="17"/>
                    </w:rPr>
                    <w:t>Scenario</w:t>
                  </w:r>
                </w:p>
              </w:tc>
              <w:tc>
                <w:tcPr>
                  <w:tcW w:w="792" w:type="dxa"/>
                  <w:shd w:val="clear" w:color="auto" w:fill="EAF2F8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</w:tcPr>
                <w:p w14:paraId="3CEE5B29" w14:textId="77777777" w:rsidR="00BD25C9" w:rsidRDefault="00000000">
                  <w:pPr>
                    <w:jc w:val="center"/>
                  </w:pPr>
                  <w:r>
                    <w:rPr>
                      <w:b/>
                      <w:sz w:val="17"/>
                    </w:rPr>
                    <w:t>Months</w:t>
                  </w:r>
                </w:p>
              </w:tc>
              <w:tc>
                <w:tcPr>
                  <w:tcW w:w="1368" w:type="dxa"/>
                  <w:shd w:val="clear" w:color="auto" w:fill="EAF2F8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</w:tcPr>
                <w:p w14:paraId="1F2C1A40" w14:textId="77777777" w:rsidR="00BD25C9" w:rsidRDefault="00000000">
                  <w:pPr>
                    <w:jc w:val="center"/>
                  </w:pPr>
                  <w:r>
                    <w:rPr>
                      <w:b/>
                      <w:sz w:val="17"/>
                    </w:rPr>
                    <w:t>Total</w:t>
                  </w:r>
                </w:p>
              </w:tc>
            </w:tr>
            <w:tr w:rsidR="00BD25C9" w14:paraId="5FB8616D" w14:textId="77777777">
              <w:trPr>
                <w:jc w:val="center"/>
              </w:trPr>
              <w:tc>
                <w:tcPr>
                  <w:tcW w:w="2952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30C2353A" w14:textId="77777777" w:rsidR="00BD25C9" w:rsidRDefault="00000000">
                  <w:r>
                    <w:rPr>
                      <w:sz w:val="16"/>
                    </w:rPr>
                    <w:t>If full monthly billing began Sep. 2022 and continued through Mar. 2026</w:t>
                  </w:r>
                </w:p>
              </w:tc>
              <w:tc>
                <w:tcPr>
                  <w:tcW w:w="792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2580B223" w14:textId="77777777" w:rsidR="00BD25C9" w:rsidRDefault="00000000">
                  <w:pPr>
                    <w:jc w:val="center"/>
                  </w:pPr>
                  <w:r>
                    <w:rPr>
                      <w:sz w:val="16"/>
                    </w:rPr>
                    <w:t>43</w:t>
                  </w:r>
                </w:p>
              </w:tc>
              <w:tc>
                <w:tcPr>
                  <w:tcW w:w="1368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553EA7CE" w14:textId="77777777" w:rsidR="00BD25C9" w:rsidRDefault="00000000">
                  <w:pPr>
                    <w:jc w:val="center"/>
                  </w:pPr>
                  <w:r>
                    <w:rPr>
                      <w:sz w:val="16"/>
                    </w:rPr>
                    <w:t>$11,053.15</w:t>
                  </w:r>
                </w:p>
              </w:tc>
            </w:tr>
            <w:tr w:rsidR="00BD25C9" w14:paraId="333F0D04" w14:textId="77777777">
              <w:trPr>
                <w:jc w:val="center"/>
              </w:trPr>
              <w:tc>
                <w:tcPr>
                  <w:tcW w:w="2952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3F7E7966" w14:textId="77777777" w:rsidR="00BD25C9" w:rsidRDefault="00000000">
                  <w:r>
                    <w:rPr>
                      <w:sz w:val="16"/>
                    </w:rPr>
                    <w:t>If the first full month billed was Oct. 2022 and continued through Mar. 2026</w:t>
                  </w:r>
                </w:p>
              </w:tc>
              <w:tc>
                <w:tcPr>
                  <w:tcW w:w="792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72041FFC" w14:textId="77777777" w:rsidR="00BD25C9" w:rsidRDefault="00000000">
                  <w:pPr>
                    <w:jc w:val="center"/>
                  </w:pPr>
                  <w:r>
                    <w:rPr>
                      <w:sz w:val="16"/>
                    </w:rPr>
                    <w:t>42</w:t>
                  </w:r>
                </w:p>
              </w:tc>
              <w:tc>
                <w:tcPr>
                  <w:tcW w:w="1368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vAlign w:val="center"/>
                </w:tcPr>
                <w:p w14:paraId="234BEFE6" w14:textId="77777777" w:rsidR="00BD25C9" w:rsidRDefault="00000000">
                  <w:pPr>
                    <w:jc w:val="center"/>
                  </w:pPr>
                  <w:r>
                    <w:rPr>
                      <w:sz w:val="16"/>
                    </w:rPr>
                    <w:t>$10,796.10</w:t>
                  </w:r>
                </w:p>
              </w:tc>
            </w:tr>
          </w:tbl>
          <w:p w14:paraId="14E330B7" w14:textId="77777777" w:rsidR="00BD25C9" w:rsidRDefault="00BD25C9"/>
        </w:tc>
        <w:tc>
          <w:tcPr>
            <w:tcW w:w="5184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AD0A349" w14:textId="77777777" w:rsidR="00BD25C9" w:rsidRDefault="00000000">
            <w:r>
              <w:rPr>
                <w:b/>
                <w:color w:val="1F4E79"/>
                <w:sz w:val="20"/>
              </w:rPr>
              <w:t>Why monthly charges may still continue</w:t>
            </w:r>
          </w:p>
          <w:p w14:paraId="61151A4F" w14:textId="77777777" w:rsidR="00BD25C9" w:rsidRDefault="00000000">
            <w:pPr>
              <w:spacing w:after="20"/>
              <w:ind w:left="216" w:hanging="216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Hosted PBX / cloud voice service</w:t>
            </w:r>
          </w:p>
          <w:p w14:paraId="019F2D08" w14:textId="77777777" w:rsidR="00BD25C9" w:rsidRDefault="00000000">
            <w:pPr>
              <w:spacing w:after="20"/>
              <w:ind w:left="216" w:hanging="216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DID numbers and SIP/voice paths</w:t>
            </w:r>
          </w:p>
          <w:p w14:paraId="528F47B3" w14:textId="77777777" w:rsidR="00BD25C9" w:rsidRDefault="00000000">
            <w:pPr>
              <w:spacing w:after="20"/>
              <w:ind w:left="216" w:hanging="216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E911 and regulatory fees</w:t>
            </w:r>
          </w:p>
          <w:p w14:paraId="5DBE75EB" w14:textId="77777777" w:rsidR="00BD25C9" w:rsidRDefault="00000000">
            <w:pPr>
              <w:spacing w:after="20"/>
              <w:ind w:left="216" w:hanging="216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Licensing, support, and maintenance</w:t>
            </w:r>
          </w:p>
          <w:p w14:paraId="6EBEA025" w14:textId="77777777" w:rsidR="00BD25C9" w:rsidRDefault="00000000">
            <w:pPr>
              <w:spacing w:after="20"/>
              <w:ind w:left="216" w:hanging="216"/>
            </w:pPr>
            <w:r>
              <w:rPr>
                <w:b/>
                <w:sz w:val="17"/>
              </w:rPr>
              <w:t xml:space="preserve">• </w:t>
            </w:r>
            <w:r>
              <w:rPr>
                <w:sz w:val="17"/>
              </w:rPr>
              <w:t>Possible continuing device-related service charges</w:t>
            </w:r>
          </w:p>
          <w:p w14:paraId="22129B3D" w14:textId="77777777" w:rsidR="00BD25C9" w:rsidRDefault="00000000">
            <w:pPr>
              <w:spacing w:before="80"/>
            </w:pPr>
            <w:r>
              <w:rPr>
                <w:b/>
                <w:sz w:val="17"/>
              </w:rPr>
              <w:t xml:space="preserve">Recommended next check: </w:t>
            </w:r>
            <w:r>
              <w:rPr>
                <w:sz w:val="17"/>
              </w:rPr>
              <w:t>Obtain the full executed agreement, equipment schedule, and a current invoice detail before assuming CFS owns the phones/router or that monthly device charges should have ended after month 36.</w:t>
            </w:r>
          </w:p>
        </w:tc>
      </w:tr>
    </w:tbl>
    <w:p w14:paraId="52148C5E" w14:textId="77777777" w:rsidR="00BD25C9" w:rsidRDefault="00000000">
      <w:pPr>
        <w:pStyle w:val="Heading2"/>
        <w:spacing w:before="120" w:after="40"/>
      </w:pPr>
      <w:r>
        <w:t>Illustrative UniFi Talk comparison</w:t>
      </w:r>
    </w:p>
    <w:p w14:paraId="7959E16A" w14:textId="77777777" w:rsidR="00BD25C9" w:rsidRDefault="00000000">
      <w:pPr>
        <w:spacing w:after="120"/>
      </w:pPr>
      <w:r>
        <w:rPr>
          <w:sz w:val="21"/>
        </w:rPr>
        <w:t>Estimated cost comparison assuming 2 outside numbers and 10 extensions:</w:t>
      </w:r>
    </w:p>
    <w:tbl>
      <w:tblPr>
        <w:tblStyle w:val="TableGrid"/>
        <w:tblW w:w="10548" w:type="dxa"/>
        <w:jc w:val="center"/>
        <w:tblLayout w:type="fixed"/>
        <w:tblLook w:val="04A0" w:firstRow="1" w:lastRow="0" w:firstColumn="1" w:lastColumn="0" w:noHBand="0" w:noVBand="1"/>
      </w:tblPr>
      <w:tblGrid>
        <w:gridCol w:w="2304"/>
        <w:gridCol w:w="2880"/>
        <w:gridCol w:w="1944"/>
        <w:gridCol w:w="3420"/>
      </w:tblGrid>
      <w:tr w:rsidR="00BD25C9" w14:paraId="6C805978" w14:textId="77777777" w:rsidTr="00620C10">
        <w:trPr>
          <w:jc w:val="center"/>
        </w:trPr>
        <w:tc>
          <w:tcPr>
            <w:tcW w:w="2304" w:type="dxa"/>
            <w:shd w:val="clear" w:color="auto" w:fill="D9E6F2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08299599" w14:textId="77777777" w:rsidR="00BD25C9" w:rsidRDefault="00000000">
            <w:pPr>
              <w:jc w:val="center"/>
            </w:pPr>
            <w:r>
              <w:rPr>
                <w:b/>
                <w:sz w:val="20"/>
              </w:rPr>
              <w:t>Option</w:t>
            </w:r>
          </w:p>
        </w:tc>
        <w:tc>
          <w:tcPr>
            <w:tcW w:w="2880" w:type="dxa"/>
            <w:shd w:val="clear" w:color="auto" w:fill="D9E6F2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3E5CCC40" w14:textId="77777777" w:rsidR="00BD25C9" w:rsidRDefault="00000000">
            <w:pPr>
              <w:jc w:val="center"/>
            </w:pPr>
            <w:r>
              <w:rPr>
                <w:b/>
                <w:sz w:val="20"/>
              </w:rPr>
              <w:t>Up-front cost</w:t>
            </w:r>
          </w:p>
        </w:tc>
        <w:tc>
          <w:tcPr>
            <w:tcW w:w="1944" w:type="dxa"/>
            <w:shd w:val="clear" w:color="auto" w:fill="D9E6F2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09147989" w14:textId="77777777" w:rsidR="00BD25C9" w:rsidRDefault="00000000">
            <w:pPr>
              <w:jc w:val="center"/>
            </w:pPr>
            <w:r>
              <w:rPr>
                <w:b/>
                <w:sz w:val="20"/>
              </w:rPr>
              <w:t>Monthly cost</w:t>
            </w:r>
          </w:p>
        </w:tc>
        <w:tc>
          <w:tcPr>
            <w:tcW w:w="3420" w:type="dxa"/>
            <w:shd w:val="clear" w:color="auto" w:fill="D9E6F2"/>
            <w:tcMar>
              <w:top w:w="75" w:type="dxa"/>
              <w:left w:w="65" w:type="dxa"/>
              <w:bottom w:w="75" w:type="dxa"/>
              <w:right w:w="65" w:type="dxa"/>
            </w:tcMar>
            <w:vAlign w:val="center"/>
          </w:tcPr>
          <w:p w14:paraId="71873EC7" w14:textId="77777777" w:rsidR="00BD25C9" w:rsidRDefault="00000000">
            <w:pPr>
              <w:jc w:val="center"/>
            </w:pPr>
            <w:r>
              <w:rPr>
                <w:b/>
                <w:sz w:val="20"/>
              </w:rPr>
              <w:t>42-43 month result</w:t>
            </w:r>
          </w:p>
        </w:tc>
      </w:tr>
      <w:tr w:rsidR="00BD25C9" w14:paraId="26FADC91" w14:textId="77777777" w:rsidTr="00620C10">
        <w:trPr>
          <w:jc w:val="center"/>
        </w:trPr>
        <w:tc>
          <w:tcPr>
            <w:tcW w:w="2304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2F53021" w14:textId="77777777" w:rsidR="00BD25C9" w:rsidRDefault="00000000">
            <w:r>
              <w:rPr>
                <w:sz w:val="20"/>
              </w:rPr>
              <w:t>Affiliated Com-Net</w:t>
            </w:r>
            <w:r>
              <w:rPr>
                <w:sz w:val="20"/>
              </w:rPr>
              <w:br/>
              <w:t>(documented paid to date)</w:t>
            </w:r>
          </w:p>
        </w:tc>
        <w:tc>
          <w:tcPr>
            <w:tcW w:w="2880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3442C3E" w14:textId="77777777" w:rsidR="00BD25C9" w:rsidRDefault="00000000">
            <w:pPr>
              <w:jc w:val="center"/>
            </w:pPr>
            <w:r>
              <w:rPr>
                <w:sz w:val="20"/>
              </w:rPr>
              <w:t>$793.44 documented</w:t>
            </w:r>
            <w:r>
              <w:rPr>
                <w:sz w:val="20"/>
              </w:rPr>
              <w:br/>
              <w:t>one-time charges</w:t>
            </w:r>
          </w:p>
        </w:tc>
        <w:tc>
          <w:tcPr>
            <w:tcW w:w="1944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9622096" w14:textId="77777777" w:rsidR="00BD25C9" w:rsidRDefault="00000000">
            <w:pPr>
              <w:jc w:val="center"/>
            </w:pPr>
            <w:r>
              <w:rPr>
                <w:sz w:val="20"/>
              </w:rPr>
              <w:t>$257.05 / month</w:t>
            </w:r>
          </w:p>
        </w:tc>
        <w:tc>
          <w:tcPr>
            <w:tcW w:w="3420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4890111" w14:textId="77777777" w:rsidR="00BD25C9" w:rsidRDefault="00000000">
            <w:pPr>
              <w:jc w:val="center"/>
            </w:pPr>
            <w:r>
              <w:rPr>
                <w:sz w:val="20"/>
              </w:rPr>
              <w:t>$11,590-$11,847 paid to date</w:t>
            </w:r>
          </w:p>
        </w:tc>
      </w:tr>
      <w:tr w:rsidR="00BD25C9" w14:paraId="1D61CAEB" w14:textId="77777777" w:rsidTr="00620C10">
        <w:trPr>
          <w:jc w:val="center"/>
        </w:trPr>
        <w:tc>
          <w:tcPr>
            <w:tcW w:w="2304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00EC7607" w14:textId="77777777" w:rsidR="00BD25C9" w:rsidRDefault="00000000">
            <w:r>
              <w:rPr>
                <w:sz w:val="20"/>
              </w:rPr>
              <w:t>UniFi Talk</w:t>
            </w:r>
            <w:r>
              <w:rPr>
                <w:sz w:val="20"/>
              </w:rPr>
              <w:br/>
              <w:t>(estimate)</w:t>
            </w:r>
          </w:p>
        </w:tc>
        <w:tc>
          <w:tcPr>
            <w:tcW w:w="2880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0A78ABBC" w14:textId="77777777" w:rsidR="00BD25C9" w:rsidRDefault="00000000">
            <w:pPr>
              <w:jc w:val="center"/>
            </w:pPr>
            <w:r>
              <w:rPr>
                <w:sz w:val="20"/>
              </w:rPr>
              <w:t>$1,489</w:t>
            </w:r>
            <w:r>
              <w:rPr>
                <w:sz w:val="20"/>
              </w:rPr>
              <w:br/>
              <w:t>10 phones + 1 console</w:t>
            </w:r>
          </w:p>
        </w:tc>
        <w:tc>
          <w:tcPr>
            <w:tcW w:w="1944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260FFD2" w14:textId="77777777" w:rsidR="00BD25C9" w:rsidRDefault="00000000">
            <w:pPr>
              <w:jc w:val="center"/>
            </w:pPr>
            <w:r>
              <w:rPr>
                <w:sz w:val="20"/>
              </w:rPr>
              <w:t>$19.98 / month</w:t>
            </w:r>
            <w:r>
              <w:rPr>
                <w:sz w:val="20"/>
              </w:rPr>
              <w:br/>
              <w:t>2 numbers</w:t>
            </w:r>
          </w:p>
        </w:tc>
        <w:tc>
          <w:tcPr>
            <w:tcW w:w="3420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E430D4A" w14:textId="77777777" w:rsidR="00BD25C9" w:rsidRDefault="00000000">
            <w:pPr>
              <w:jc w:val="center"/>
            </w:pPr>
            <w:r>
              <w:rPr>
                <w:sz w:val="20"/>
              </w:rPr>
              <w:t>$2,328-$2,348 over the same period</w:t>
            </w:r>
          </w:p>
        </w:tc>
      </w:tr>
      <w:tr w:rsidR="00BD25C9" w14:paraId="745F6790" w14:textId="77777777" w:rsidTr="00620C10">
        <w:trPr>
          <w:jc w:val="center"/>
        </w:trPr>
        <w:tc>
          <w:tcPr>
            <w:tcW w:w="2304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BB256BD" w14:textId="77777777" w:rsidR="00BD25C9" w:rsidRDefault="00000000">
            <w:r>
              <w:rPr>
                <w:b/>
                <w:sz w:val="20"/>
              </w:rPr>
              <w:t>Estimated savings</w:t>
            </w:r>
            <w:r>
              <w:rPr>
                <w:b/>
                <w:sz w:val="20"/>
              </w:rPr>
              <w:br/>
              <w:t>with UniFi Talk</w:t>
            </w:r>
          </w:p>
        </w:tc>
        <w:tc>
          <w:tcPr>
            <w:tcW w:w="2880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3B66170" w14:textId="77777777" w:rsidR="00BD25C9" w:rsidRDefault="00000000">
            <w:pPr>
              <w:jc w:val="center"/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944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6C4B1D2" w14:textId="77777777" w:rsidR="00BD25C9" w:rsidRDefault="00000000">
            <w:pPr>
              <w:jc w:val="center"/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420" w:type="dx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52E69E9A" w14:textId="77777777" w:rsidR="00BD25C9" w:rsidRDefault="00000000">
            <w:pPr>
              <w:jc w:val="center"/>
            </w:pPr>
            <w:r>
              <w:rPr>
                <w:b/>
                <w:sz w:val="20"/>
              </w:rPr>
              <w:t>$9,261-$9,498 less</w:t>
            </w:r>
          </w:p>
        </w:tc>
      </w:tr>
    </w:tbl>
    <w:p w14:paraId="0B14F58E" w14:textId="77777777" w:rsidR="00BD25C9" w:rsidRDefault="00000000">
      <w:pPr>
        <w:pStyle w:val="Heading2"/>
        <w:spacing w:before="80" w:after="40"/>
      </w:pPr>
      <w:r>
        <w:rPr>
          <w:color w:val="2F5597"/>
          <w:sz w:val="24"/>
        </w:rPr>
        <w:t>Recommendation</w:t>
      </w:r>
    </w:p>
    <w:p w14:paraId="3E1CEDFA" w14:textId="77777777" w:rsidR="00BD25C9" w:rsidRPr="00620C10" w:rsidRDefault="00000000">
      <w:pPr>
        <w:spacing w:before="80" w:after="80"/>
        <w:rPr>
          <w:sz w:val="22"/>
        </w:rPr>
      </w:pPr>
      <w:r w:rsidRPr="00620C10">
        <w:rPr>
          <w:sz w:val="22"/>
        </w:rPr>
        <w:t xml:space="preserve">Based on the costs paid to date, CFS's modest </w:t>
      </w:r>
      <w:proofErr w:type="gramStart"/>
      <w:r w:rsidRPr="00620C10">
        <w:rPr>
          <w:sz w:val="22"/>
        </w:rPr>
        <w:t>telephony</w:t>
      </w:r>
      <w:proofErr w:type="gramEnd"/>
      <w:r w:rsidRPr="00620C10">
        <w:rPr>
          <w:sz w:val="22"/>
        </w:rPr>
        <w:t xml:space="preserve"> needs, and the operational constraints created by the current provider-managed voice/router design, </w:t>
      </w:r>
      <w:r w:rsidRPr="008957CD">
        <w:rPr>
          <w:b/>
          <w:bCs/>
          <w:sz w:val="22"/>
        </w:rPr>
        <w:t>CFS should strongly consider replacing the current Affiliated arrangement with UniFi Talk or a similarly simple VoIP platform</w:t>
      </w:r>
      <w:r w:rsidRPr="00620C10">
        <w:rPr>
          <w:sz w:val="22"/>
        </w:rPr>
        <w:t>. A change would likely lower recurring costs, simplify administration, improve network flexibility, and remove restrictions that currently complicate maintenance, future network additions or updates, and ISP changes.</w:t>
      </w:r>
    </w:p>
    <w:p w14:paraId="76E25BCB" w14:textId="77777777" w:rsidR="00BD25C9" w:rsidRPr="00620C10" w:rsidRDefault="00000000">
      <w:pPr>
        <w:spacing w:before="60" w:after="60"/>
        <w:rPr>
          <w:sz w:val="22"/>
        </w:rPr>
      </w:pPr>
      <w:r w:rsidRPr="00620C10">
        <w:rPr>
          <w:sz w:val="22"/>
        </w:rPr>
        <w:t>Notes: UniFi Talk estimate assumes 10 desk phones at about $129 each, one modest UniFi console at about $199, and 2 outside numbers at $9.99 each per month. It does not include separate migration labor or outside support. The current provider arrangement also appears to have enforced routing constraints through its managed voice/router design, complicating maintenance, network changes, and ISP transitions.</w:t>
      </w:r>
    </w:p>
    <w:p w14:paraId="7C24E495" w14:textId="77777777" w:rsidR="00620C10" w:rsidRDefault="00620C10">
      <w:pPr>
        <w:spacing w:before="80"/>
        <w:jc w:val="center"/>
        <w:rPr>
          <w:i/>
          <w:sz w:val="16"/>
        </w:rPr>
      </w:pPr>
    </w:p>
    <w:p w14:paraId="1C58D42D" w14:textId="77777777" w:rsidR="00620C10" w:rsidRDefault="00620C10">
      <w:pPr>
        <w:spacing w:before="80"/>
        <w:jc w:val="center"/>
        <w:rPr>
          <w:i/>
          <w:sz w:val="16"/>
        </w:rPr>
      </w:pPr>
    </w:p>
    <w:p w14:paraId="64E881FD" w14:textId="262CB642" w:rsidR="00BD25C9" w:rsidRDefault="00000000">
      <w:pPr>
        <w:spacing w:before="80"/>
        <w:jc w:val="center"/>
      </w:pPr>
      <w:r>
        <w:rPr>
          <w:i/>
          <w:sz w:val="16"/>
        </w:rPr>
        <w:t>Prepared for Bret Blackford | March 25, 2026</w:t>
      </w:r>
    </w:p>
    <w:p w14:paraId="46CFC1DE" w14:textId="77777777" w:rsidR="00BD25C9" w:rsidRDefault="00000000">
      <w:r>
        <w:br w:type="page"/>
      </w:r>
    </w:p>
    <w:p w14:paraId="2B4D3E43" w14:textId="77777777" w:rsidR="00BD25C9" w:rsidRDefault="00000000">
      <w:pPr>
        <w:keepNext/>
        <w:jc w:val="center"/>
      </w:pPr>
      <w:r>
        <w:rPr>
          <w:b/>
          <w:sz w:val="24"/>
        </w:rPr>
        <w:lastRenderedPageBreak/>
        <w:t>2022 Affiliated Com-Net signed service agreement</w:t>
      </w:r>
    </w:p>
    <w:p w14:paraId="4D5A574C" w14:textId="77777777" w:rsidR="00BD25C9" w:rsidRDefault="00000000">
      <w:pPr>
        <w:jc w:val="center"/>
      </w:pPr>
      <w:r>
        <w:rPr>
          <w:noProof/>
        </w:rPr>
        <w:drawing>
          <wp:inline distT="0" distB="0" distL="0" distR="0" wp14:anchorId="2AB0DCA2" wp14:editId="5E0D062C">
            <wp:extent cx="6766560" cy="87567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filiated-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875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3D8FA" w14:textId="77777777" w:rsidR="00BD25C9" w:rsidRDefault="00000000">
      <w:r>
        <w:br w:type="page"/>
      </w:r>
    </w:p>
    <w:p w14:paraId="6337A48B" w14:textId="77777777" w:rsidR="00BD25C9" w:rsidRDefault="00000000">
      <w:pPr>
        <w:keepNext/>
        <w:jc w:val="center"/>
      </w:pPr>
      <w:r>
        <w:rPr>
          <w:b/>
          <w:sz w:val="24"/>
        </w:rPr>
        <w:lastRenderedPageBreak/>
        <w:t>2022 Hawk iSolutions configuration / pricing sheet</w:t>
      </w:r>
    </w:p>
    <w:p w14:paraId="68B04B66" w14:textId="77777777" w:rsidR="00BD25C9" w:rsidRDefault="00000000">
      <w:pPr>
        <w:jc w:val="center"/>
      </w:pPr>
      <w:r>
        <w:rPr>
          <w:noProof/>
        </w:rPr>
        <w:drawing>
          <wp:inline distT="0" distB="0" distL="0" distR="0" wp14:anchorId="34B29F3A" wp14:editId="4393345C">
            <wp:extent cx="6766560" cy="5228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wk-1-rotated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522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97F44" w14:textId="77777777" w:rsidR="00BD25C9" w:rsidRDefault="00000000">
      <w:r>
        <w:br w:type="page"/>
      </w:r>
    </w:p>
    <w:p w14:paraId="74A42D2A" w14:textId="77777777" w:rsidR="00BD25C9" w:rsidRDefault="00000000">
      <w:pPr>
        <w:keepNext/>
        <w:jc w:val="center"/>
      </w:pPr>
      <w:r>
        <w:rPr>
          <w:b/>
          <w:sz w:val="24"/>
        </w:rPr>
        <w:lastRenderedPageBreak/>
        <w:t>March 2026 Affiliated Com-Net invoice</w:t>
      </w:r>
    </w:p>
    <w:p w14:paraId="59659FD0" w14:textId="77777777" w:rsidR="00BD25C9" w:rsidRDefault="00000000">
      <w:pPr>
        <w:jc w:val="center"/>
      </w:pPr>
      <w:r>
        <w:rPr>
          <w:noProof/>
        </w:rPr>
        <w:drawing>
          <wp:inline distT="0" distB="0" distL="0" distR="0" wp14:anchorId="014C816C" wp14:editId="6F0DB119">
            <wp:extent cx="6766560" cy="868290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filiatedInovoic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868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83A22" w14:textId="6BBB1FE9" w:rsidR="00A97E6E" w:rsidRDefault="00A97E6E">
      <w:r>
        <w:br w:type="page"/>
      </w:r>
    </w:p>
    <w:p w14:paraId="04C42DB3" w14:textId="77777777" w:rsidR="00A97E6E" w:rsidRDefault="00A97E6E">
      <w:pPr>
        <w:jc w:val="center"/>
      </w:pPr>
    </w:p>
    <w:p w14:paraId="020DB7BF" w14:textId="79A7954D" w:rsidR="00DC7083" w:rsidRDefault="00DC7083" w:rsidP="00A97E6E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Christian Family Services (</w:t>
      </w:r>
      <w:r w:rsidR="00A97E6E" w:rsidRPr="00A97E6E">
        <w:rPr>
          <w:b/>
          <w:bCs/>
          <w:sz w:val="28"/>
          <w:szCs w:val="28"/>
        </w:rPr>
        <w:t>CFS</w:t>
      </w:r>
      <w:r>
        <w:rPr>
          <w:b/>
          <w:bCs/>
          <w:sz w:val="28"/>
          <w:szCs w:val="28"/>
        </w:rPr>
        <w:t>)</w:t>
      </w:r>
      <w:r w:rsidR="00A97E6E" w:rsidRPr="00A97E6E">
        <w:rPr>
          <w:b/>
          <w:bCs/>
          <w:sz w:val="28"/>
          <w:szCs w:val="28"/>
        </w:rPr>
        <w:t xml:space="preserve"> </w:t>
      </w:r>
    </w:p>
    <w:p w14:paraId="7F12CD57" w14:textId="0C5A5F7B" w:rsidR="00A97E6E" w:rsidRPr="00A97E6E" w:rsidRDefault="00A97E6E" w:rsidP="00A97E6E">
      <w:pPr>
        <w:pStyle w:val="NoSpacing"/>
        <w:jc w:val="center"/>
        <w:rPr>
          <w:b/>
          <w:bCs/>
          <w:sz w:val="28"/>
          <w:szCs w:val="28"/>
        </w:rPr>
      </w:pPr>
      <w:r w:rsidRPr="00A97E6E">
        <w:rPr>
          <w:b/>
          <w:bCs/>
          <w:sz w:val="28"/>
          <w:szCs w:val="28"/>
        </w:rPr>
        <w:t>Network Diagram</w:t>
      </w:r>
    </w:p>
    <w:p w14:paraId="51E60183" w14:textId="591096DC" w:rsidR="00A97E6E" w:rsidRPr="00A97E6E" w:rsidRDefault="00A97E6E" w:rsidP="00A97E6E">
      <w:pPr>
        <w:pStyle w:val="NoSpacing"/>
        <w:jc w:val="center"/>
        <w:rPr>
          <w:sz w:val="28"/>
          <w:szCs w:val="28"/>
        </w:rPr>
      </w:pPr>
      <w:r w:rsidRPr="00A97E6E">
        <w:rPr>
          <w:sz w:val="28"/>
          <w:szCs w:val="28"/>
        </w:rPr>
        <w:t>As of March 2026</w:t>
      </w:r>
    </w:p>
    <w:p w14:paraId="689AAD65" w14:textId="067BFEEE" w:rsidR="00A97E6E" w:rsidRDefault="00A97E6E">
      <w:pPr>
        <w:jc w:val="center"/>
      </w:pPr>
      <w:r>
        <w:rPr>
          <w:noProof/>
        </w:rPr>
        <w:drawing>
          <wp:inline distT="0" distB="0" distL="0" distR="0" wp14:anchorId="5DEF9DB7" wp14:editId="3100EE76">
            <wp:extent cx="6766560" cy="6713855"/>
            <wp:effectExtent l="0" t="0" r="0" b="0"/>
            <wp:docPr id="1967896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896584" name="Picture 19678965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671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7E6E" w:rsidSect="00034616">
      <w:pgSz w:w="12240" w:h="2016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3465546">
    <w:abstractNumId w:val="8"/>
  </w:num>
  <w:num w:numId="2" w16cid:durableId="486556296">
    <w:abstractNumId w:val="6"/>
  </w:num>
  <w:num w:numId="3" w16cid:durableId="625887417">
    <w:abstractNumId w:val="5"/>
  </w:num>
  <w:num w:numId="4" w16cid:durableId="1111048076">
    <w:abstractNumId w:val="4"/>
  </w:num>
  <w:num w:numId="5" w16cid:durableId="1206210606">
    <w:abstractNumId w:val="7"/>
  </w:num>
  <w:num w:numId="6" w16cid:durableId="453447940">
    <w:abstractNumId w:val="3"/>
  </w:num>
  <w:num w:numId="7" w16cid:durableId="2052806794">
    <w:abstractNumId w:val="2"/>
  </w:num>
  <w:num w:numId="8" w16cid:durableId="328945103">
    <w:abstractNumId w:val="1"/>
  </w:num>
  <w:num w:numId="9" w16cid:durableId="2033988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4B91"/>
    <w:rsid w:val="0060398D"/>
    <w:rsid w:val="00620C10"/>
    <w:rsid w:val="008957CD"/>
    <w:rsid w:val="00A97E6E"/>
    <w:rsid w:val="00AA1D8D"/>
    <w:rsid w:val="00B47730"/>
    <w:rsid w:val="00BD25C9"/>
    <w:rsid w:val="00CB0664"/>
    <w:rsid w:val="00D604E9"/>
    <w:rsid w:val="00DC70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90FC40"/>
  <w14:defaultImageDpi w14:val="300"/>
  <w15:docId w15:val="{ED27DFF0-4CE3-42E4-9A32-B4DA1373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bret_blackford</cp:lastModifiedBy>
  <cp:revision>6</cp:revision>
  <cp:lastPrinted>2026-03-25T23:28:00Z</cp:lastPrinted>
  <dcterms:created xsi:type="dcterms:W3CDTF">2013-12-23T23:15:00Z</dcterms:created>
  <dcterms:modified xsi:type="dcterms:W3CDTF">2026-03-25T23:35:00Z</dcterms:modified>
  <cp:category/>
</cp:coreProperties>
</file>